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לניתוח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סוגי משימות שונות לניתוח סיפור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משימות הבנה בסיסית, חשיבה מעמיקה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מרכיבי סיפור כמו עלילה, דמות, קונפליקט ומסר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להכיר את המשימות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רצף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כרטיס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הקונפליקט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דף 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זמן ומקום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פסקול לסיפור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המבנה שמוצג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בוחרים מנה אחת מכל 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תפקיד מנת הפתיחה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העומק נדרש במנה העיקרית, הקינוח יצירתי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שתיהן מופיעות ברשימת המשימות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משימה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(הבנת מאפייני דמות)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(זיהוי הבעיה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(יצירה חזותית מצוירת)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(קשר בין אירועים)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(שאלות ותשובות מדומיינות)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(הרעיון שהסיפור מלמד)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קונפליקט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מונולוג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יוצרים לוח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מלאה כוללת שלוש משימות מתאימות וסיבה קצרה לכל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 דמות, שלוש תכונות מתאימות ורצון הגיוני לפי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מנה ראשונה - הבנה בסיסית, מנה עיקרית - חשיבה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כרטיס דמות / מכתב לדמות / ראיון עם 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בעיה או קושי שהדמות מתמודדת איתה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הלוח בכיתה ולתת לכל תלמיד לבחור משימה בעצמו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חלק ההתאמה יחד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לניתוח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בלוח הבחירה יש משימות לניתוח סיפור, המחולקות לשלוש קבוצות כמו ארוחה: מנה ראשונה, מנה עיקרית וקינוח. בדף הזה נתרגל להכיר את סוגי המשימות ואת מרכיבי הסיפור שהן בודקות.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להכיר את המשימות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משימה שבה כותבים מה קורה בסיפור לפי הסדר נקראת: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רצף העלילה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פסקול לסיפור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ביקורת בכוכבים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משימה שבה ממלאים פרטים על דמות כמו תכונות ורצונות נקראת: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זמן ומקום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 לדמות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קומיקס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משימה שבודקת מהי הבעיה המרכזית שהדמות מתמודדת איתה: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הקונפליקט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מדחום הרגשות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עטיפה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שואלים את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משימה שבה כותבים דף אישי מנקודת המבט של דמות נקראת: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כרטיס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דף 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כתבה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ראיון עם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משימה שמזהה היכן ומתי מתרחשים האירועים בסיפור: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זמן ומקום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רצף העלילה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מפת האירועים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סוף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משימה שבה בוחרים מוזיקה שמתאימה לאווירת הסיפור: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פסקול לסיפור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הסיפור באימוג'י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ביקורת בכוכבים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יש שלושה שלבים: מנה ראשונה, מנה עיקרית וקינוח.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חייבים לבחור לפחות שתי משימות מכל שלב.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 ראשונה מיועדת למשימות קלות שעוזרות להבין מה קרה בסיפור.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קינוח הוא השלב שדורש מהתלמידים הכי הרבה עומק מחשבתי.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דמות וכתבה בעיתון הן שתי דוגמאות למשימות בלוח.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משימה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כרטיס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קשר בין אירועים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הקונפליקט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שאלות ותשובות מדומיינות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קומיקס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זיהוי הבעיה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סיבה ותוצאה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הבנת מאפייני דמות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ראיון עם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הרעיון שהסיפור מלמד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המסר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יצירה חזותית מצוירת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הרצף של האירועים מתחילת הסיפור ועד סופו.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דמות צריכה לבחור בין שתי אפשרויות, זהו רגע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הבעיה המרכזית שהדמות מתמודדת איתה נקראת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הרעיון או הלקח שהסיפור מעביר נקרא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דיבור של דמות עם עצמה, בלי לפנות לדמות אחרת,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יוצרים לוח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סיפור שקראתם לאחרונה. כתבו איזו משימה הייתם בוחרים בכל שלב (מנה ראשונה, מנה עיקרית וקינוח)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כרטיס דמות קצר לדמות מהסיפור שבחרתם: שם, שלוש תכונות ורצון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מנה ראשונה למנה עיקרית בלוח המשימות?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למשימה שעוסקת בדמות.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קונפליקט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לניתוח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