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משימות שונות לניתוח 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משימות הבנה בסיסית, חשיבה מעמיקה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 סיפור כמו עלילה, דמות, קונפליקט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להכיר את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דף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זמן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פסקול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המבנה שמוצג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מנה אחת מכל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מנת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העומק נדרש במנה העיקרית, הקינוח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מופיעות ברשימת המשימות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(הבנת מאפייני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(זיהוי הבעיה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(יצירה חזותית מצוירת)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(קשר בין 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(שאלות ותשובות מדומיינות)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(הרעיון שהסיפור מלמד)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מונולוג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יוצרים לוח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כוללת שלוש משימות מתאימות וסיבה קצרה לכל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דמות, שלוש תכונות מתאימות ורצון הגיוני לפי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 ראשונה - הבנה בסיסית, מנה עיקרית -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דמות / מכתב לדמות / ראיון עם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בעיה או קושי שהדמות מתמודדת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בכיתה ולתת לכל תלמיד לבחור משימה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סיפור. יש שלוש קבוצות של משימות: קלות, עמוקות ויצירתיות. נלמד להכיר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קורה בסיפור,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יצור שמופיע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קושי שהדמות צריכה להתמודד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הלקח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של דמות עם 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ומקום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ואיפה מתרחש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מה שקרה למה שגרם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דמות בוחרת מה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להכיר את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למשימה שמסדרת מה קרה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למשימה שכותבת על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למשימה על הבעיה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מדחום הרגשות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עטיפה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למשימה שבה כותבים יומן של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עם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למשימה שבודקת איפה ומתי?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למשימה עם מוזיקה?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שלושה שלבים: מנה ראשונה, מנה עיקרית וקינוח.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לבחור לפחות שתי משימות מכל 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 ראשונה מיועדת למשימות קלות שעוזרות להבין מה קרה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קינוח הוא השלב שדורש מהתלמידים הכי הרבה עומק מחשבתי.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וכתבה בעיתון הן שתי דוגמאות למשימות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יצירה חזותית מצוירת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הבנת מאפייני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הרעיון שהסיפור מלמד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זיהוי הבעיה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 בין 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שאלות ותשובות מדומיינות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הרצף של האירועים מתחילת הסיפור ועד סופו.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דמות צריכה לבחור בין שתי אפשרויות, זהו רגע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הבעיה המרכזית שהדמות מתמודדת איתה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או הלקח שהסיפור מעביר נקרא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דיבור של דמות עם עצמה, בלי לפנות לדמות אחרת,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יוצרים לוח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לאחרונה. כתבו איזו משימה הייתם בוחרים בכל שלב (מנה ראשונה, מנה עיקרית וקינוח)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כרטיס דמות קצר לדמות מהסיפור שבחרתם: שם, שלוש תכונות ורצון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מנה ראשונה למנה עיקרית בלוח המשימות?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שעוסקת בדמות.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קונפליקט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