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משימות שונות לניתוח סיפור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משימות הבנה בסיסית, חשיבה מעמיקה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מרכיבי סיפור כמו עלילה, דמות, קונפליקט ומסר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להכיר את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רצף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כרטיס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דף יומן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המבנה שמוצג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תפקיד מנת הפתיחה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משימה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(הבנת מאפייני 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(זיהוי הבעיה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(יצירה חזותית מצוירת)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(קשר בין אירועים)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החלטה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יוצרים לוח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דמות, שלוש תכונות מתאימות ורצון הגיוני לפי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 ראשונה - הבנה בסיסית, מנה עיקרית - חשיבה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דמות / מכתב לדמות / ראיון עם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בעיה או קושי שהדמות מתמודדת איתה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הלוח בכיתה ולתת לכל תלמיד לבחור משימה בעצמו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ההתאמה יחד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בלוח הבחירה יש משימות לניתוח סיפור, המחולקות לשלוש קבוצות כמו ארוחה: מנה ראשונה, מנה עיקרית וקינוח. בדף הזה נתרגל להכיר את סוגי המשימות ואת מרכיבי הסיפור שהן בודקות.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החלטה  ·  עלילה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להכיר את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משימה שבה כותבים מה קורה בסיפור לפי הסדר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רצף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כרטיס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פסקול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משימה שבה ממלאים פרטים על דמות כמו תכונות ורצונות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זמן ומקום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כרטיס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מכתב לדמות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משימה שבה כותבים דף אישי מנקודת המבט של דמות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כרטיס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דף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כתבה בעיתון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בלוח יש שלושה שלבים: מנה ראשונה, מנה עיקרית וקינוח.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מנה ראשונה מיועדת למשימות קלות שעוזרות להבין מה קרה בסיפור.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משימה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כרטיס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יצירה חזותית מצוירת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הקונפליקט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קשר בין אירועים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קומיקס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זיהוי הבעיה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סיבה ותוצאה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הבנת מאפייני דמות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הרצף של האירועים מתחילת הסיפור ועד סופו.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כאשר דמות צריכה לבחור בין שתי אפשרויות, זהו רגע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יוצרים לוח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כרטיס דמות קצר לדמות מהסיפור שבחרתם: שם, שלוש תכונות ורצון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מנה ראשונה למנה עיקרית בלוח המשימות?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למשימה שעוסקת בדמות.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לניתוח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